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3FF9" w14:textId="77777777" w:rsidR="00475B2E" w:rsidRDefault="00BC16C6">
      <w:pPr>
        <w:spacing w:after="10"/>
        <w:jc w:val="center"/>
      </w:pPr>
      <w:r>
        <w:rPr>
          <w:b/>
          <w:color w:val="193A78"/>
          <w:sz w:val="36"/>
        </w:rPr>
        <w:t>ADITYA VASHISHT</w:t>
      </w:r>
    </w:p>
    <w:p w14:paraId="26240AD3" w14:textId="77777777" w:rsidR="00475B2E" w:rsidRDefault="00BC16C6">
      <w:pPr>
        <w:spacing w:after="14"/>
        <w:jc w:val="center"/>
      </w:pPr>
      <w:r>
        <w:rPr>
          <w:b/>
          <w:sz w:val="18"/>
        </w:rPr>
        <w:t>MECHANICAL ENGINEERING STUDENT | DESIGN • MANUFACTURING • AUTOMATION</w:t>
      </w:r>
    </w:p>
    <w:p w14:paraId="4FC0128C" w14:textId="77777777" w:rsidR="00475B2E" w:rsidRDefault="00BC16C6">
      <w:pPr>
        <w:spacing w:after="10"/>
        <w:jc w:val="center"/>
      </w:pPr>
      <w:r>
        <w:t>Ludhiana, Punjab  |  9682524865  |  adityavashisht321@gmail.com  |  LinkedIn: linkedin.com/in/aditya-vashisht-37292316</w:t>
      </w:r>
    </w:p>
    <w:p w14:paraId="16947328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PROFESSIONAL SUMMARY</w:t>
      </w:r>
    </w:p>
    <w:p w14:paraId="58128764" w14:textId="77777777" w:rsidR="00475B2E" w:rsidRDefault="00BC16C6">
      <w:pPr>
        <w:spacing w:after="20"/>
      </w:pPr>
      <w:r>
        <w:t>Mechanical Engineering student with hands-on exposure to assembly engineering, manufacturing, production, maintenance, CAD, and engineering problem solving. Experience at Maruti Suzuki India Ltd. supporting assembly planning, takt time, fixture/concept design, layout verification, and material flow. Comfortable working across mechanical and digital systems, including SolidWorks, AutoCAD, basic ANSYS Workbench, ESP32/Arduino, sensors, and web technologies. Interested in modern engineering roles combining mec</w:t>
      </w:r>
      <w:r>
        <w:t>hanical design, manufacturing, automation, and data-driven problem solving.</w:t>
      </w:r>
    </w:p>
    <w:p w14:paraId="59E0FA91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CORE TECHNICAL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640"/>
      </w:tblGrid>
      <w:tr w:rsidR="00475B2E" w14:paraId="3FFA6E2E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F97474" w14:textId="77777777" w:rsidR="00475B2E" w:rsidRDefault="00BC16C6">
            <w:r>
              <w:rPr>
                <w:b/>
                <w:sz w:val="16"/>
              </w:rPr>
              <w:t>Mechanical Design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F54F92" w14:textId="77777777" w:rsidR="00475B2E" w:rsidRDefault="00BC16C6">
            <w:r>
              <w:rPr>
                <w:sz w:val="16"/>
              </w:rPr>
              <w:t>SolidWorks, AutoCAD, 3D CAD, Concept Design, Fixture Design Support, Layout Verification</w:t>
            </w:r>
          </w:p>
        </w:tc>
      </w:tr>
      <w:tr w:rsidR="00475B2E" w14:paraId="658D69CE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1A1E6" w14:textId="77777777" w:rsidR="00475B2E" w:rsidRDefault="00BC16C6">
            <w:r>
              <w:rPr>
                <w:b/>
                <w:sz w:val="16"/>
              </w:rPr>
              <w:t>Manufacturing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C971A" w14:textId="77777777" w:rsidR="00475B2E" w:rsidRDefault="00BC16C6">
            <w:r>
              <w:rPr>
                <w:sz w:val="16"/>
              </w:rPr>
              <w:t>Assembly Engineering, Line Production, Process Planning, Takt Time, Process Flow Study, Material Flow</w:t>
            </w:r>
          </w:p>
        </w:tc>
      </w:tr>
      <w:tr w:rsidR="00475B2E" w14:paraId="32C693FD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20E7DD" w14:textId="77777777" w:rsidR="00475B2E" w:rsidRDefault="00BC16C6">
            <w:r>
              <w:rPr>
                <w:b/>
                <w:sz w:val="16"/>
              </w:rPr>
              <w:t>Quality &amp; CI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BF5EE" w14:textId="77777777" w:rsidR="00475B2E" w:rsidRDefault="00BC16C6">
            <w:r>
              <w:rPr>
                <w:sz w:val="16"/>
              </w:rPr>
              <w:t>5S, Kaizen, Root Cause Analysis (RCA), 7 QC Tools, SOP Handling</w:t>
            </w:r>
          </w:p>
        </w:tc>
      </w:tr>
      <w:tr w:rsidR="00475B2E" w14:paraId="5B5CCFBC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81360" w14:textId="77777777" w:rsidR="00475B2E" w:rsidRDefault="00BC16C6">
            <w:r>
              <w:rPr>
                <w:b/>
                <w:sz w:val="16"/>
              </w:rPr>
              <w:t>CAE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C01C6" w14:textId="77777777" w:rsidR="00475B2E" w:rsidRDefault="00BC16C6">
            <w:r>
              <w:rPr>
                <w:sz w:val="16"/>
              </w:rPr>
              <w:t>Basic FEA, ANSYS Workbench</w:t>
            </w:r>
          </w:p>
        </w:tc>
      </w:tr>
      <w:tr w:rsidR="00475B2E" w14:paraId="0ECEFDF3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A5217" w14:textId="77777777" w:rsidR="00475B2E" w:rsidRDefault="00BC16C6">
            <w:r>
              <w:rPr>
                <w:b/>
                <w:sz w:val="16"/>
              </w:rPr>
              <w:t>Mechatronics / IoT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4BFA52" w14:textId="77777777" w:rsidR="00475B2E" w:rsidRDefault="00BC16C6">
            <w:r>
              <w:rPr>
                <w:sz w:val="16"/>
              </w:rPr>
              <w:t>ESP32-S3, Arduino, Sensors, I2C, UART, PWM, Sensor Integration, PID Control</w:t>
            </w:r>
          </w:p>
        </w:tc>
      </w:tr>
      <w:tr w:rsidR="00475B2E" w14:paraId="3DE79641" w14:textId="77777777">
        <w:trPr>
          <w:jc w:val="center"/>
        </w:trPr>
        <w:tc>
          <w:tcPr>
            <w:tcW w:w="2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104CE" w14:textId="77777777" w:rsidR="00475B2E" w:rsidRDefault="00BC16C6">
            <w:r>
              <w:rPr>
                <w:b/>
                <w:sz w:val="16"/>
              </w:rPr>
              <w:t>Software / Digital</w:t>
            </w:r>
          </w:p>
        </w:tc>
        <w:tc>
          <w:tcPr>
            <w:tcW w:w="864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22F25" w14:textId="77777777" w:rsidR="00475B2E" w:rsidRDefault="00BC16C6">
            <w:r>
              <w:rPr>
                <w:sz w:val="16"/>
              </w:rPr>
              <w:t>MS Excel, PowerPoint, HTML, CSS, JavaScript, PHP, MySQL</w:t>
            </w:r>
          </w:p>
        </w:tc>
      </w:tr>
    </w:tbl>
    <w:p w14:paraId="787C002B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ENGINEERING EXPERIENCE</w:t>
      </w:r>
    </w:p>
    <w:p w14:paraId="481F798A" w14:textId="77777777" w:rsidR="00475B2E" w:rsidRDefault="00BC16C6">
      <w:pPr>
        <w:spacing w:after="16"/>
      </w:pPr>
      <w:r>
        <w:rPr>
          <w:b/>
          <w:sz w:val="18"/>
        </w:rPr>
        <w:t>Maruti Suzuki India Ltd. — Assembly Engineering Trainee</w:t>
      </w:r>
      <w:r>
        <w:rPr>
          <w:i/>
        </w:rPr>
        <w:t xml:space="preserve">  |  Aug 2025 – Dec 2025</w:t>
      </w:r>
    </w:p>
    <w:p w14:paraId="7A869026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Supported assembly workflow planning, including takt time calculation and process sheet handling.</w:t>
      </w:r>
    </w:p>
    <w:p w14:paraId="17550D06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Assisted with feasibility studies, fixture/concept design, and layout verification for assembly operations.</w:t>
      </w:r>
    </w:p>
    <w:p w14:paraId="34E1658A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Coordinated with Weld Shop, Paint Shop, and VDI teams to support process alignment and implementation.</w:t>
      </w:r>
    </w:p>
    <w:p w14:paraId="4601281D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Worked on material flow and workstation setup improvements to support smoother production operations.</w:t>
      </w:r>
    </w:p>
    <w:p w14:paraId="356CB73A" w14:textId="77777777" w:rsidR="00475B2E" w:rsidRDefault="00BC16C6">
      <w:pPr>
        <w:spacing w:after="16"/>
      </w:pPr>
      <w:r>
        <w:rPr>
          <w:b/>
          <w:sz w:val="18"/>
        </w:rPr>
        <w:t>Nikkamal Pvt. Ltd. — Production &amp; Maintenance Intern</w:t>
      </w:r>
      <w:r>
        <w:rPr>
          <w:i/>
        </w:rPr>
        <w:t xml:space="preserve">  |  Jun 2023 – Jul 2023</w:t>
      </w:r>
    </w:p>
    <w:p w14:paraId="26BE0BFB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Assisted with preventive maintenance and troubleshooting of molding machinery.</w:t>
      </w:r>
    </w:p>
    <w:p w14:paraId="63DE62D7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Supported lean manufacturing and quality inspection activities on the production floor.</w:t>
      </w:r>
    </w:p>
    <w:p w14:paraId="6582B6F5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Developed practical exposure to production operations, equipment issues, and shop-floor problem solving.</w:t>
      </w:r>
    </w:p>
    <w:p w14:paraId="62B1C193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ENGINEERING PROJECTS</w:t>
      </w:r>
    </w:p>
    <w:p w14:paraId="585C05CF" w14:textId="77777777" w:rsidR="00475B2E" w:rsidRDefault="00BC16C6">
      <w:pPr>
        <w:spacing w:after="16"/>
      </w:pPr>
      <w:r>
        <w:rPr>
          <w:b/>
          <w:sz w:val="18"/>
        </w:rPr>
        <w:t>Drone-Based Thermal &amp; Visual Inspection System for Crack Detection</w:t>
      </w:r>
      <w:r>
        <w:rPr>
          <w:i/>
        </w:rPr>
        <w:t xml:space="preserve">  |  Academic / Independent Project</w:t>
      </w:r>
    </w:p>
    <w:p w14:paraId="5D57B522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Designed a low-cost quadcopter inspection concept integrating an RGB camera and MLX90640 thermal sensor for visual and thermal inspection of structures.</w:t>
      </w:r>
    </w:p>
    <w:p w14:paraId="08CCB884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Worked with a lightweight F450/Q450 frame, 2212-920KV BLDC motors, 30A ESCs, LiPo power system, and custom ESP32-S3 flight-controller PCB architecture.</w:t>
      </w:r>
    </w:p>
    <w:p w14:paraId="30CF474B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Integrated MPU6050 IMU, BMP280 barometric sensor, and NEO-6M GPS using I2C/UART interfaces; applied sensor calibration and PID-based stabilization concepts.</w:t>
      </w:r>
    </w:p>
    <w:p w14:paraId="1AEEC996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Developed the system architecture for wireless image/data transfer and machine-learning-based crack, thermal-anomaly, and normal/defective-region identification.</w:t>
      </w:r>
    </w:p>
    <w:p w14:paraId="55B841F4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Project applications include inspection of bridges, facades, towers, chimneys, tanks, and other inaccessible or hazardous structures.</w:t>
      </w:r>
    </w:p>
    <w:p w14:paraId="18C70BE7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INDEPENDENT DIGITAL PROJECTS</w:t>
      </w:r>
    </w:p>
    <w:p w14:paraId="272063BA" w14:textId="77777777" w:rsidR="00475B2E" w:rsidRDefault="00BC16C6">
      <w:pPr>
        <w:spacing w:after="16"/>
      </w:pPr>
      <w:r>
        <w:rPr>
          <w:b/>
          <w:sz w:val="18"/>
        </w:rPr>
        <w:t>AadiTechies.in &amp; StudyWithAadi.online — Personal Web Projects</w:t>
      </w:r>
      <w:r>
        <w:rPr>
          <w:i/>
        </w:rPr>
        <w:t xml:space="preserve">  |  Ongoing</w:t>
      </w:r>
    </w:p>
    <w:p w14:paraId="209EA300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Built and maintain personal websites, combining engineering learning with practical web development and digital content creation.</w:t>
      </w:r>
    </w:p>
    <w:p w14:paraId="00DFF4F8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Use HTML, CSS, JavaScript, PHP, and MySQL while applying basic SEO, content structuring, and user-focused design.</w:t>
      </w:r>
    </w:p>
    <w:p w14:paraId="2AC589E3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EDUCATION</w:t>
      </w:r>
    </w:p>
    <w:p w14:paraId="7747A15B" w14:textId="77777777" w:rsidR="00475B2E" w:rsidRDefault="00BC16C6">
      <w:pPr>
        <w:spacing w:after="14"/>
      </w:pPr>
      <w:r>
        <w:rPr>
          <w:b/>
          <w:sz w:val="18"/>
        </w:rPr>
        <w:t>Guru Nanak Dev Engineering College, Ludhiana</w:t>
      </w:r>
      <w:r>
        <w:t xml:space="preserve">  |  B.Tech Mechanical Engineering  |  2022 – Present</w:t>
      </w:r>
    </w:p>
    <w:p w14:paraId="120607E0" w14:textId="77777777" w:rsidR="00475B2E" w:rsidRDefault="00BC16C6">
      <w:pPr>
        <w:spacing w:after="14"/>
      </w:pPr>
      <w:r>
        <w:rPr>
          <w:b/>
        </w:rPr>
        <w:t xml:space="preserve">JKBOSE Class 12 (2022): </w:t>
      </w:r>
      <w:r>
        <w:t xml:space="preserve">74%    </w:t>
      </w:r>
      <w:r>
        <w:rPr>
          <w:b/>
        </w:rPr>
        <w:t xml:space="preserve">JKBOSE Class 10: </w:t>
      </w:r>
      <w:r>
        <w:t>87%</w:t>
      </w:r>
    </w:p>
    <w:p w14:paraId="0C68D626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CERTIFICATIONS</w:t>
      </w:r>
    </w:p>
    <w:p w14:paraId="2CEC2501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AutoCAD 2026 Essential Training — LinkedIn Learning (Aug 2026)</w:t>
      </w:r>
    </w:p>
    <w:p w14:paraId="7A546FDA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SOLIDWORKS 2024 Essential Training — LinkedIn Learning (Sep 2026)</w:t>
      </w:r>
    </w:p>
    <w:p w14:paraId="1453EBE5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AWS Cloud Computing — P Cloud Computing</w:t>
      </w:r>
    </w:p>
    <w:p w14:paraId="728D60AB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SolidWorks — College Training</w:t>
      </w:r>
    </w:p>
    <w:p w14:paraId="34C26DF8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AI &amp; IoT Training — Smart Fusion (GNDEC)</w:t>
      </w:r>
    </w:p>
    <w:p w14:paraId="220181A9" w14:textId="77777777" w:rsidR="00475B2E" w:rsidRDefault="00BC16C6">
      <w:pPr>
        <w:pBdr>
          <w:bottom w:val="single" w:sz="4" w:space="1" w:color="B7B7B7"/>
        </w:pBdr>
        <w:spacing w:before="80" w:after="30"/>
      </w:pPr>
      <w:r>
        <w:rPr>
          <w:b/>
          <w:color w:val="1E427D"/>
          <w:sz w:val="20"/>
        </w:rPr>
        <w:t>ACTIVITIES &amp; ACHIEVEMENTS</w:t>
      </w:r>
    </w:p>
    <w:p w14:paraId="2ED7FD92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2nd Runner-Up — Esports Tournament, PCTE College</w:t>
      </w:r>
    </w:p>
    <w:p w14:paraId="2F27A753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Participant — Web Development Competition</w:t>
      </w:r>
    </w:p>
    <w:p w14:paraId="1F4AFA77" w14:textId="77777777" w:rsidR="00475B2E" w:rsidRDefault="00BC16C6">
      <w:pPr>
        <w:spacing w:after="16"/>
        <w:ind w:left="187" w:hanging="158"/>
      </w:pPr>
      <w:r>
        <w:rPr>
          <w:sz w:val="16"/>
        </w:rPr>
        <w:t xml:space="preserve">• </w:t>
      </w:r>
      <w:r>
        <w:t>Participant — RC Car Making Competition</w:t>
      </w:r>
    </w:p>
    <w:p w14:paraId="1A775C82" w14:textId="7CA15B90" w:rsidR="00475B2E" w:rsidRDefault="00475B2E" w:rsidP="00BC16C6">
      <w:pPr>
        <w:spacing w:before="40"/>
      </w:pPr>
    </w:p>
    <w:sectPr w:rsidR="00475B2E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99756">
    <w:abstractNumId w:val="8"/>
  </w:num>
  <w:num w:numId="2" w16cid:durableId="431096799">
    <w:abstractNumId w:val="6"/>
  </w:num>
  <w:num w:numId="3" w16cid:durableId="2085754750">
    <w:abstractNumId w:val="5"/>
  </w:num>
  <w:num w:numId="4" w16cid:durableId="110711900">
    <w:abstractNumId w:val="4"/>
  </w:num>
  <w:num w:numId="5" w16cid:durableId="1492714112">
    <w:abstractNumId w:val="7"/>
  </w:num>
  <w:num w:numId="6" w16cid:durableId="1906792327">
    <w:abstractNumId w:val="3"/>
  </w:num>
  <w:num w:numId="7" w16cid:durableId="1083332802">
    <w:abstractNumId w:val="2"/>
  </w:num>
  <w:num w:numId="8" w16cid:durableId="800542034">
    <w:abstractNumId w:val="1"/>
  </w:num>
  <w:num w:numId="9" w16cid:durableId="141631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5B2E"/>
    <w:rsid w:val="00AA1D8D"/>
    <w:rsid w:val="00B47730"/>
    <w:rsid w:val="00BC16C6"/>
    <w:rsid w:val="00CB0664"/>
    <w:rsid w:val="00E51E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7547D5"/>
  <w14:defaultImageDpi w14:val="300"/>
  <w15:docId w15:val="{6E68FB41-2F9C-4155-9501-5EC087BA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Aditya Vashisht - Modern Mechanical Engineering Resume</dc:title>
  <dc:subject>ATS-friendly Mechanical Engineering Resume</dc:subject>
  <dc:creator>Aditya Vashisht</dc:creator>
  <cp:keywords/>
  <dc:description>generated by python-docx</dc:description>
  <cp:lastModifiedBy>aditya vashisht</cp:lastModifiedBy>
  <cp:revision>2</cp:revision>
  <dcterms:created xsi:type="dcterms:W3CDTF">2013-12-23T23:15:00Z</dcterms:created>
  <dcterms:modified xsi:type="dcterms:W3CDTF">2026-09-28T08:44:00Z</dcterms:modified>
  <cp:category/>
</cp:coreProperties>
</file>